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7: Adding &amp; Subtracting Decimals</w:t>
      </w:r>
    </w:p>
    <w:p>
      <w:pPr>
        <w:spacing w:after="20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Find: 3.6 + 2.75.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Find: 8.40 - 5.126.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Find: 0.125 x 3 (or 7.2 div 9). (Gr 6)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add and subtract decimals to thousandths.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